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76035" w:rsidR="00136E14" w:rsidP="00136E14" w:rsidRDefault="00136E14" w14:paraId="43EF1249" w14:textId="6150ACF9">
      <w:pPr>
        <w:pStyle w:val="Heading1"/>
        <w:spacing w:before="240"/>
        <w:rPr>
          <w:sz w:val="32"/>
          <w:szCs w:val="32"/>
        </w:rPr>
      </w:pPr>
      <w:r w:rsidRPr="1484EC82" w:rsidR="1484EC82">
        <w:rPr>
          <w:sz w:val="32"/>
          <w:szCs w:val="32"/>
        </w:rPr>
        <w:t xml:space="preserve">Conflict of Interest Declaration – School Board </w:t>
      </w:r>
    </w:p>
    <w:p w:rsidRPr="00136E14" w:rsidR="00136E14" w:rsidP="00136E14" w:rsidRDefault="00136E14" w14:paraId="11F23CE5" w14:textId="77777777">
      <w:pPr>
        <w:pStyle w:val="Heading2"/>
        <w:rPr>
          <w:lang w:val="en-NZ"/>
        </w:rPr>
      </w:pPr>
      <w:r w:rsidRPr="00136E14">
        <w:rPr>
          <w:lang w:val="en-NZ"/>
        </w:rPr>
        <w:t>1. Purpose</w:t>
      </w:r>
    </w:p>
    <w:p w:rsidRPr="00136E14" w:rsidR="00136E14" w:rsidP="00136E14" w:rsidRDefault="00136E14" w14:paraId="1516E81F" w14:textId="66AAFC35">
      <w:pPr>
        <w:rPr>
          <w:lang w:val="en-NZ"/>
        </w:rPr>
      </w:pPr>
      <w:r w:rsidRPr="1484EC82" w:rsidR="1484EC82">
        <w:rPr>
          <w:lang w:val="en-NZ"/>
        </w:rPr>
        <w:t xml:space="preserve">The purpose of this declaration is to ensure that the Board effectively </w:t>
      </w:r>
      <w:r w:rsidRPr="1484EC82" w:rsidR="1484EC82">
        <w:rPr>
          <w:lang w:val="en-NZ"/>
        </w:rPr>
        <w:t>identifies</w:t>
      </w:r>
      <w:r w:rsidRPr="1484EC82" w:rsidR="1484EC82">
        <w:rPr>
          <w:lang w:val="en-NZ"/>
        </w:rPr>
        <w:t xml:space="preserve">, </w:t>
      </w:r>
      <w:r w:rsidRPr="1484EC82" w:rsidR="1484EC82">
        <w:rPr>
          <w:lang w:val="en-NZ"/>
        </w:rPr>
        <w:t>discloses</w:t>
      </w:r>
      <w:r w:rsidRPr="1484EC82" w:rsidR="1484EC82">
        <w:rPr>
          <w:lang w:val="en-NZ"/>
        </w:rPr>
        <w:t xml:space="preserve">, and manages </w:t>
      </w:r>
      <w:r w:rsidRPr="1484EC82" w:rsidR="1484EC82">
        <w:rPr>
          <w:b w:val="1"/>
          <w:bCs w:val="1"/>
          <w:lang w:val="en-NZ"/>
        </w:rPr>
        <w:t>actual, potential, and perceived conflicts of interest</w:t>
      </w:r>
      <w:r w:rsidRPr="1484EC82" w:rsidR="1484EC82">
        <w:rPr>
          <w:lang w:val="en-NZ"/>
        </w:rPr>
        <w:t xml:space="preserve">, protecting the integrity of Board </w:t>
      </w:r>
      <w:r w:rsidRPr="1484EC82" w:rsidR="1484EC82">
        <w:rPr>
          <w:lang w:val="en-NZ"/>
        </w:rPr>
        <w:t>decision making</w:t>
      </w:r>
      <w:r w:rsidRPr="1484EC82" w:rsidR="1484EC82">
        <w:rPr>
          <w:lang w:val="en-NZ"/>
        </w:rPr>
        <w:t xml:space="preserve"> and the reputation of individual Board members.</w:t>
      </w:r>
    </w:p>
    <w:p w:rsidRPr="00136E14" w:rsidR="00136E14" w:rsidP="00136E14" w:rsidRDefault="00136E14" w14:paraId="2AD3B951" w14:textId="77777777">
      <w:pPr>
        <w:rPr>
          <w:lang w:val="en-NZ"/>
        </w:rPr>
      </w:pPr>
      <w:r w:rsidRPr="00136E14">
        <w:rPr>
          <w:lang w:val="en-NZ"/>
        </w:rPr>
        <w:t xml:space="preserve">Conflicts of interest are not uncommon in school governance and do not imply wrongdoing. They must, however, be </w:t>
      </w:r>
      <w:r w:rsidRPr="00136E14">
        <w:rPr>
          <w:b/>
          <w:bCs/>
          <w:lang w:val="en-NZ"/>
        </w:rPr>
        <w:t>promptly disclosed and appropriately managed</w:t>
      </w:r>
      <w:r w:rsidRPr="00136E14">
        <w:rPr>
          <w:lang w:val="en-NZ"/>
        </w:rPr>
        <w:t>.</w:t>
      </w:r>
    </w:p>
    <w:p w:rsidRPr="00136E14" w:rsidR="00136E14" w:rsidP="00136E14" w:rsidRDefault="00136E14" w14:paraId="177919EA" w14:textId="77777777">
      <w:pPr>
        <w:pStyle w:val="Heading2"/>
        <w:rPr>
          <w:lang w:val="en-NZ"/>
        </w:rPr>
      </w:pPr>
      <w:r w:rsidRPr="00136E14">
        <w:rPr>
          <w:lang w:val="en-NZ"/>
        </w:rPr>
        <w:t>2. When this form must be completed</w:t>
      </w:r>
    </w:p>
    <w:p w:rsidRPr="00136E14" w:rsidR="00136E14" w:rsidP="00136E14" w:rsidRDefault="00136E14" w14:paraId="1BE3F669" w14:textId="77777777">
      <w:pPr>
        <w:rPr>
          <w:lang w:val="en-NZ"/>
        </w:rPr>
      </w:pPr>
      <w:r w:rsidRPr="00136E14">
        <w:rPr>
          <w:lang w:val="en-NZ"/>
        </w:rPr>
        <w:t>Board members must complete this declaration:</w:t>
      </w:r>
    </w:p>
    <w:p w:rsidRPr="00136E14" w:rsidR="00136E14" w:rsidP="00136E14" w:rsidRDefault="00136E14" w14:paraId="1370C9CD" w14:textId="77777777">
      <w:pPr>
        <w:numPr>
          <w:ilvl w:val="0"/>
          <w:numId w:val="10"/>
        </w:numPr>
        <w:rPr>
          <w:lang w:val="en-NZ"/>
        </w:rPr>
      </w:pPr>
      <w:r w:rsidRPr="00136E14">
        <w:rPr>
          <w:lang w:val="en-NZ"/>
        </w:rPr>
        <w:t>On appointment or election</w:t>
      </w:r>
    </w:p>
    <w:p w:rsidRPr="00136E14" w:rsidR="00136E14" w:rsidP="00136E14" w:rsidRDefault="00136E14" w14:paraId="68FA8507" w14:textId="77777777">
      <w:pPr>
        <w:numPr>
          <w:ilvl w:val="0"/>
          <w:numId w:val="10"/>
        </w:numPr>
        <w:rPr>
          <w:lang w:val="en-NZ"/>
        </w:rPr>
      </w:pPr>
      <w:r w:rsidRPr="00136E14">
        <w:rPr>
          <w:lang w:val="en-NZ"/>
        </w:rPr>
        <w:t>At least annually</w:t>
      </w:r>
    </w:p>
    <w:p w:rsidRPr="00136E14" w:rsidR="00136E14" w:rsidP="00136E14" w:rsidRDefault="00136E14" w14:paraId="6DCE494A" w14:textId="142C429B">
      <w:pPr>
        <w:numPr>
          <w:ilvl w:val="0"/>
          <w:numId w:val="10"/>
        </w:numPr>
        <w:rPr>
          <w:lang w:val="en-NZ"/>
        </w:rPr>
      </w:pPr>
      <w:r w:rsidRPr="00136E14">
        <w:rPr>
          <w:lang w:val="en-NZ"/>
        </w:rPr>
        <w:t>At the start of any Board meeting where a conflict may arise</w:t>
      </w:r>
      <w:r w:rsidR="001364DA">
        <w:rPr>
          <w:lang w:val="en-NZ"/>
        </w:rPr>
        <w:t xml:space="preserve"> – review agenda items at each meeting for conflicts</w:t>
      </w:r>
    </w:p>
    <w:p w:rsidRPr="00136E14" w:rsidR="00136E14" w:rsidP="00136E14" w:rsidRDefault="00136E14" w14:paraId="1DDE7D5E" w14:textId="77777777">
      <w:pPr>
        <w:numPr>
          <w:ilvl w:val="0"/>
          <w:numId w:val="10"/>
        </w:numPr>
        <w:rPr>
          <w:lang w:val="en-NZ"/>
        </w:rPr>
      </w:pPr>
      <w:r w:rsidRPr="00136E14">
        <w:rPr>
          <w:lang w:val="en-NZ"/>
        </w:rPr>
        <w:t>As soon as circumstances change</w:t>
      </w:r>
    </w:p>
    <w:p w:rsidRPr="00136E14" w:rsidR="00136E14" w:rsidP="00136E14" w:rsidRDefault="00136E14" w14:paraId="7B7C3EC2" w14:textId="77777777">
      <w:pPr>
        <w:pStyle w:val="Heading2"/>
        <w:rPr>
          <w:lang w:val="en-NZ"/>
        </w:rPr>
      </w:pPr>
      <w:r w:rsidRPr="00136E14">
        <w:rPr>
          <w:lang w:val="en-NZ"/>
        </w:rPr>
        <w:t>3. Board Member Details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6"/>
        <w:gridCol w:w="5654"/>
      </w:tblGrid>
      <w:tr w:rsidRPr="00136E14" w:rsidR="00136E14" w:rsidTr="00136E14" w14:paraId="1751F993" w14:textId="77777777">
        <w:trPr>
          <w:tblHeader/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136E14" w:rsidP="00136E14" w:rsidRDefault="00136E14" w14:paraId="6880A0D8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Field</w:t>
            </w:r>
          </w:p>
        </w:tc>
        <w:tc>
          <w:tcPr>
            <w:tcW w:w="5609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136E14" w:rsidP="00136E14" w:rsidRDefault="00136E14" w14:paraId="29A76ECA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Details</w:t>
            </w:r>
          </w:p>
        </w:tc>
      </w:tr>
      <w:tr w:rsidRPr="00136E14" w:rsidR="00136E14" w:rsidTr="00136E14" w14:paraId="545792E4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3EE04D1A" w14:textId="77777777">
            <w:pPr>
              <w:rPr>
                <w:lang w:val="en-NZ"/>
              </w:rPr>
            </w:pPr>
            <w:r w:rsidRPr="00136E14">
              <w:rPr>
                <w:lang w:val="en-NZ"/>
              </w:rPr>
              <w:t>Name</w:t>
            </w:r>
          </w:p>
        </w:tc>
        <w:tc>
          <w:tcPr>
            <w:tcW w:w="5609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3DFAA9F9" w14:textId="77777777">
            <w:pPr>
              <w:rPr>
                <w:lang w:val="en-NZ"/>
              </w:rPr>
            </w:pPr>
          </w:p>
        </w:tc>
      </w:tr>
      <w:tr w:rsidRPr="00136E14" w:rsidR="00136E14" w:rsidTr="00136E14" w14:paraId="2DC971D2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3EAB2213" w14:textId="77777777">
            <w:pPr>
              <w:rPr>
                <w:lang w:val="en-NZ"/>
              </w:rPr>
            </w:pPr>
            <w:r w:rsidRPr="00136E14">
              <w:rPr>
                <w:lang w:val="en-NZ"/>
              </w:rPr>
              <w:t>Role on the Board</w:t>
            </w:r>
          </w:p>
        </w:tc>
        <w:tc>
          <w:tcPr>
            <w:tcW w:w="5609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4647064C" w14:textId="77777777">
            <w:pPr>
              <w:rPr>
                <w:lang w:val="en-NZ"/>
              </w:rPr>
            </w:pPr>
          </w:p>
        </w:tc>
      </w:tr>
      <w:tr w:rsidRPr="00136E14" w:rsidR="00136E14" w:rsidTr="00136E14" w14:paraId="232DCE15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24204175" w14:textId="77777777">
            <w:pPr>
              <w:rPr>
                <w:lang w:val="en-NZ"/>
              </w:rPr>
            </w:pPr>
            <w:r w:rsidRPr="00136E14">
              <w:rPr>
                <w:lang w:val="en-NZ"/>
              </w:rPr>
              <w:t>School</w:t>
            </w:r>
          </w:p>
        </w:tc>
        <w:tc>
          <w:tcPr>
            <w:tcW w:w="5609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047BF9E1" w14:textId="77777777">
            <w:pPr>
              <w:rPr>
                <w:lang w:val="en-NZ"/>
              </w:rPr>
            </w:pPr>
          </w:p>
        </w:tc>
      </w:tr>
      <w:tr w:rsidRPr="00136E14" w:rsidR="00136E14" w:rsidTr="00136E14" w14:paraId="206EC39B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2F47CEF3" w14:textId="77777777">
            <w:pPr>
              <w:rPr>
                <w:lang w:val="en-NZ"/>
              </w:rPr>
            </w:pPr>
            <w:r w:rsidRPr="00136E14">
              <w:rPr>
                <w:lang w:val="en-NZ"/>
              </w:rPr>
              <w:t>Date</w:t>
            </w:r>
          </w:p>
        </w:tc>
        <w:tc>
          <w:tcPr>
            <w:tcW w:w="5609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70DB1984" w14:textId="77777777">
            <w:pPr>
              <w:rPr>
                <w:lang w:val="en-NZ"/>
              </w:rPr>
            </w:pPr>
          </w:p>
        </w:tc>
      </w:tr>
    </w:tbl>
    <w:p w:rsidRPr="00136E14" w:rsidR="00136E14" w:rsidP="00136E14" w:rsidRDefault="00136E14" w14:paraId="5452E574" w14:textId="77777777">
      <w:pPr>
        <w:pStyle w:val="Heading2"/>
        <w:rPr>
          <w:lang w:val="en-NZ"/>
        </w:rPr>
      </w:pPr>
      <w:r w:rsidRPr="00136E14">
        <w:rPr>
          <w:lang w:val="en-NZ"/>
        </w:rPr>
        <w:t>4. Definition of a Conflict of Interest</w:t>
      </w:r>
    </w:p>
    <w:p w:rsidRPr="00136E14" w:rsidR="00136E14" w:rsidP="00136E14" w:rsidRDefault="00136E14" w14:paraId="0B396C4F" w14:textId="77777777">
      <w:pPr>
        <w:rPr>
          <w:lang w:val="en-NZ"/>
        </w:rPr>
      </w:pPr>
      <w:r w:rsidRPr="00136E14">
        <w:rPr>
          <w:lang w:val="en-NZ"/>
        </w:rPr>
        <w:t xml:space="preserve">A conflict of interest exists where a Board member’s </w:t>
      </w:r>
      <w:r w:rsidRPr="00136E14">
        <w:rPr>
          <w:b/>
          <w:bCs/>
          <w:lang w:val="en-NZ"/>
        </w:rPr>
        <w:t>personal, professional, or financial interests, relationships, or obligations</w:t>
      </w:r>
      <w:r w:rsidRPr="00136E14">
        <w:rPr>
          <w:lang w:val="en-NZ"/>
        </w:rPr>
        <w:t xml:space="preserve"> could influence, or could reasonably be perceived to influence, their objectivity or decision</w:t>
      </w:r>
      <w:r w:rsidRPr="00136E14">
        <w:rPr>
          <w:lang w:val="en-NZ"/>
        </w:rPr>
        <w:noBreakHyphen/>
        <w:t>making on behalf of the school.</w:t>
      </w:r>
    </w:p>
    <w:p w:rsidRPr="00136E14" w:rsidR="00136E14" w:rsidP="00136E14" w:rsidRDefault="00136E14" w14:paraId="34FCCC05" w14:textId="77777777">
      <w:pPr>
        <w:rPr>
          <w:lang w:val="en-NZ"/>
        </w:rPr>
      </w:pPr>
      <w:r w:rsidRPr="00136E14">
        <w:rPr>
          <w:lang w:val="en-NZ"/>
        </w:rPr>
        <w:t>Conflicts may be:</w:t>
      </w:r>
    </w:p>
    <w:p w:rsidRPr="00136E14" w:rsidR="00136E14" w:rsidP="00136E14" w:rsidRDefault="00136E14" w14:paraId="612BB3EE" w14:textId="77777777">
      <w:pPr>
        <w:numPr>
          <w:ilvl w:val="0"/>
          <w:numId w:val="11"/>
        </w:numPr>
        <w:rPr>
          <w:lang w:val="en-NZ"/>
        </w:rPr>
      </w:pPr>
      <w:r w:rsidRPr="00136E14">
        <w:rPr>
          <w:b/>
          <w:bCs/>
          <w:lang w:val="en-NZ"/>
        </w:rPr>
        <w:t>Actual</w:t>
      </w:r>
      <w:r w:rsidRPr="00136E14">
        <w:rPr>
          <w:lang w:val="en-NZ"/>
        </w:rPr>
        <w:t xml:space="preserve"> – a conflict already exists</w:t>
      </w:r>
    </w:p>
    <w:p w:rsidRPr="00136E14" w:rsidR="00136E14" w:rsidP="00136E14" w:rsidRDefault="00136E14" w14:paraId="64A2A2AD" w14:textId="77777777">
      <w:pPr>
        <w:numPr>
          <w:ilvl w:val="0"/>
          <w:numId w:val="11"/>
        </w:numPr>
        <w:rPr>
          <w:lang w:val="en-NZ"/>
        </w:rPr>
      </w:pPr>
      <w:r w:rsidRPr="00136E14">
        <w:rPr>
          <w:b/>
          <w:bCs/>
          <w:lang w:val="en-NZ"/>
        </w:rPr>
        <w:t>Potential</w:t>
      </w:r>
      <w:r w:rsidRPr="00136E14">
        <w:rPr>
          <w:lang w:val="en-NZ"/>
        </w:rPr>
        <w:t xml:space="preserve"> – a conflict could arise in the future</w:t>
      </w:r>
    </w:p>
    <w:p w:rsidR="00136E14" w:rsidP="00136E14" w:rsidRDefault="00136E14" w14:paraId="4E47B24B" w14:textId="77777777">
      <w:pPr>
        <w:numPr>
          <w:ilvl w:val="0"/>
          <w:numId w:val="11"/>
        </w:numPr>
        <w:rPr>
          <w:lang w:val="en-NZ"/>
        </w:rPr>
      </w:pPr>
      <w:r w:rsidRPr="00136E14">
        <w:rPr>
          <w:b/>
          <w:bCs/>
          <w:lang w:val="en-NZ"/>
        </w:rPr>
        <w:t>Perceived</w:t>
      </w:r>
      <w:r w:rsidRPr="00136E14">
        <w:rPr>
          <w:lang w:val="en-NZ"/>
        </w:rPr>
        <w:t xml:space="preserve"> – others might reasonably think a conflict exists</w:t>
      </w:r>
    </w:p>
    <w:p w:rsidRPr="00136E14" w:rsidR="001364DA" w:rsidP="001364DA" w:rsidRDefault="001364DA" w14:paraId="100C5945" w14:textId="77777777">
      <w:pPr>
        <w:rPr>
          <w:lang w:val="en-NZ"/>
        </w:rPr>
      </w:pPr>
      <w:r w:rsidRPr="00136E14">
        <w:rPr>
          <w:lang w:val="en-NZ"/>
        </w:rPr>
        <w:t>A conflict of interest may arise from:</w:t>
      </w:r>
    </w:p>
    <w:p w:rsidRPr="00136E14" w:rsidR="001364DA" w:rsidP="001364DA" w:rsidRDefault="001364DA" w14:paraId="44C9580D" w14:textId="77777777">
      <w:pPr>
        <w:numPr>
          <w:ilvl w:val="0"/>
          <w:numId w:val="12"/>
        </w:numPr>
        <w:rPr>
          <w:lang w:val="en-NZ"/>
        </w:rPr>
      </w:pPr>
      <w:r w:rsidRPr="00136E14">
        <w:rPr>
          <w:lang w:val="en-NZ"/>
        </w:rPr>
        <w:t>Financial or property interests</w:t>
      </w:r>
    </w:p>
    <w:p w:rsidRPr="00136E14" w:rsidR="001364DA" w:rsidP="001364DA" w:rsidRDefault="001364DA" w14:paraId="7B43B619" w14:textId="77777777">
      <w:pPr>
        <w:numPr>
          <w:ilvl w:val="0"/>
          <w:numId w:val="12"/>
        </w:numPr>
        <w:rPr>
          <w:lang w:val="en-NZ"/>
        </w:rPr>
      </w:pPr>
      <w:r w:rsidRPr="00136E14">
        <w:rPr>
          <w:lang w:val="en-NZ"/>
        </w:rPr>
        <w:t>Employment or governance roles in related organisations</w:t>
      </w:r>
    </w:p>
    <w:p w:rsidRPr="00136E14" w:rsidR="001364DA" w:rsidP="001364DA" w:rsidRDefault="001364DA" w14:paraId="6FADD2F1" w14:textId="77777777">
      <w:pPr>
        <w:numPr>
          <w:ilvl w:val="0"/>
          <w:numId w:val="12"/>
        </w:numPr>
        <w:rPr>
          <w:lang w:val="en-NZ"/>
        </w:rPr>
      </w:pPr>
      <w:r w:rsidRPr="00136E14">
        <w:rPr>
          <w:lang w:val="en-NZ"/>
        </w:rPr>
        <w:t>Family or close personal relationships</w:t>
      </w:r>
    </w:p>
    <w:p w:rsidRPr="00136E14" w:rsidR="001364DA" w:rsidP="001364DA" w:rsidRDefault="001364DA" w14:paraId="7A825D1C" w14:textId="77777777">
      <w:pPr>
        <w:numPr>
          <w:ilvl w:val="0"/>
          <w:numId w:val="12"/>
        </w:numPr>
        <w:rPr>
          <w:lang w:val="en-NZ"/>
        </w:rPr>
      </w:pPr>
      <w:r w:rsidRPr="00136E14">
        <w:rPr>
          <w:lang w:val="en-NZ"/>
        </w:rPr>
        <w:t>Any other interest that could influence, or be perceived to influence, judgement</w:t>
      </w:r>
    </w:p>
    <w:p w:rsidRPr="00136E14" w:rsidR="001364DA" w:rsidP="001364DA" w:rsidRDefault="001364DA" w14:paraId="1BCC84B8" w14:textId="77777777">
      <w:pPr>
        <w:rPr>
          <w:lang w:val="en-NZ"/>
        </w:rPr>
      </w:pPr>
    </w:p>
    <w:p w:rsidRPr="00136E14" w:rsidR="00136E14" w:rsidP="00136E14" w:rsidRDefault="00136E14" w14:paraId="2F8FD338" w14:textId="77777777">
      <w:pPr>
        <w:pStyle w:val="Heading2"/>
        <w:rPr>
          <w:lang w:val="en-NZ"/>
        </w:rPr>
      </w:pPr>
      <w:r w:rsidRPr="00136E14">
        <w:rPr>
          <w:lang w:val="en-NZ"/>
        </w:rPr>
        <w:t>5. Declaration of Interests</w:t>
      </w:r>
    </w:p>
    <w:p w:rsidRPr="00136E14" w:rsidR="00136E14" w:rsidP="00136E14" w:rsidRDefault="00136E14" w14:paraId="3BA6DB5E" w14:textId="77777777">
      <w:pPr>
        <w:rPr>
          <w:lang w:val="en-NZ"/>
        </w:rPr>
      </w:pPr>
      <w:r w:rsidRPr="00136E14">
        <w:rPr>
          <w:lang w:val="en-NZ"/>
        </w:rPr>
        <w:t>Do you have any actual, potential, or perceived conflicts of interest relating to matters before the Board?</w:t>
      </w:r>
    </w:p>
    <w:p w:rsidRPr="00136E14" w:rsidR="00136E14" w:rsidP="00136E14" w:rsidRDefault="00136E14" w14:paraId="0B3A7EB1" w14:textId="77777777">
      <w:pPr>
        <w:rPr>
          <w:lang w:val="en-NZ"/>
        </w:rPr>
      </w:pPr>
      <w:r w:rsidRPr="00136E14">
        <w:rPr>
          <w:rFonts w:ascii="Segoe UI Symbol" w:hAnsi="Segoe UI Symbol" w:cs="Segoe UI Symbol"/>
          <w:lang w:val="en-NZ"/>
        </w:rPr>
        <w:t>☐</w:t>
      </w:r>
      <w:r w:rsidRPr="00136E14">
        <w:rPr>
          <w:lang w:val="en-NZ"/>
        </w:rPr>
        <w:t xml:space="preserve"> No conflicts to declare</w:t>
      </w:r>
      <w:r w:rsidRPr="00136E14">
        <w:rPr>
          <w:lang w:val="en-NZ"/>
        </w:rPr>
        <w:br/>
      </w:r>
      <w:r w:rsidRPr="00136E14">
        <w:rPr>
          <w:rFonts w:ascii="Segoe UI Symbol" w:hAnsi="Segoe UI Symbol" w:cs="Segoe UI Symbol"/>
          <w:lang w:val="en-NZ"/>
        </w:rPr>
        <w:t>☐</w:t>
      </w:r>
      <w:r w:rsidRPr="00136E14">
        <w:rPr>
          <w:lang w:val="en-NZ"/>
        </w:rPr>
        <w:t xml:space="preserve"> Conflicts declared below</w:t>
      </w:r>
    </w:p>
    <w:p w:rsidRPr="00136E14" w:rsidR="00136E14" w:rsidP="00136E14" w:rsidRDefault="00136E14" w14:paraId="5E1B0219" w14:textId="77777777">
      <w:pPr>
        <w:pStyle w:val="Heading2"/>
        <w:rPr>
          <w:lang w:val="en-NZ"/>
        </w:rPr>
      </w:pPr>
      <w:r w:rsidRPr="00136E14">
        <w:rPr>
          <w:lang w:val="en-NZ"/>
        </w:rPr>
        <w:t>6. Conflict of Interest and Mitigation Plan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1"/>
        <w:gridCol w:w="1515"/>
        <w:gridCol w:w="2352"/>
        <w:gridCol w:w="3578"/>
      </w:tblGrid>
      <w:tr w:rsidRPr="00136E14" w:rsidR="00136E14" w14:paraId="74D4FE55" w14:textId="77777777">
        <w:trPr>
          <w:tblHeader/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136E14" w:rsidP="00136E14" w:rsidRDefault="00136E14" w14:paraId="4D2C62F5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Agenda item or matter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136E14" w:rsidP="00136E14" w:rsidRDefault="00136E14" w14:paraId="3ADD1DBB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Nature of the conflict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136E14" w:rsidP="00136E14" w:rsidRDefault="00136E14" w14:paraId="4FCA68C6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Type (actual, potential, perceived)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136E14" w:rsidP="00136E14" w:rsidRDefault="00136E14" w14:paraId="2322459B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Agreed mitigation action</w:t>
            </w:r>
          </w:p>
        </w:tc>
      </w:tr>
      <w:tr w:rsidRPr="00136E14" w:rsidR="00136E14" w:rsidTr="00976035" w14:paraId="74DFDFA5" w14:textId="77777777">
        <w:trPr>
          <w:trHeight w:val="963"/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2A2DF778" w14:textId="77777777">
            <w:pPr>
              <w:rPr>
                <w:b/>
                <w:bCs/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407B8259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5D445C4F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22962395" w14:textId="77777777">
            <w:pPr>
              <w:rPr>
                <w:lang w:val="en-NZ"/>
              </w:rPr>
            </w:pPr>
            <w:r w:rsidRPr="00136E14">
              <w:rPr>
                <w:lang w:val="en-NZ"/>
              </w:rPr>
              <w:t>Leave the meeting while the item is discussed and decided</w:t>
            </w:r>
          </w:p>
        </w:tc>
      </w:tr>
      <w:tr w:rsidRPr="00136E14" w:rsidR="00136E14" w:rsidTr="00976035" w14:paraId="044E9044" w14:textId="77777777">
        <w:trPr>
          <w:trHeight w:val="1179"/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4B93B8F3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7D2B0D6D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77AF15EA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12E8B403" w14:textId="77777777">
            <w:pPr>
              <w:rPr>
                <w:lang w:val="en-NZ"/>
              </w:rPr>
            </w:pPr>
            <w:r w:rsidRPr="00136E14">
              <w:rPr>
                <w:lang w:val="en-NZ"/>
              </w:rPr>
              <w:t>Remain for discussion only, not decision</w:t>
            </w:r>
            <w:r w:rsidRPr="00136E14">
              <w:rPr>
                <w:lang w:val="en-NZ"/>
              </w:rPr>
              <w:noBreakHyphen/>
              <w:t>making</w:t>
            </w:r>
          </w:p>
        </w:tc>
      </w:tr>
      <w:tr w:rsidRPr="00136E14" w:rsidR="00136E14" w:rsidTr="00976035" w14:paraId="05BE9623" w14:textId="77777777">
        <w:trPr>
          <w:trHeight w:val="1251"/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55012485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27E2D56A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442207D8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6893B61E" w14:textId="77777777">
            <w:pPr>
              <w:rPr>
                <w:lang w:val="en-NZ"/>
              </w:rPr>
            </w:pPr>
            <w:r w:rsidRPr="00136E14">
              <w:rPr>
                <w:lang w:val="en-NZ"/>
              </w:rPr>
              <w:t xml:space="preserve">Provide </w:t>
            </w:r>
            <w:proofErr w:type="gramStart"/>
            <w:r w:rsidRPr="00136E14">
              <w:rPr>
                <w:lang w:val="en-NZ"/>
              </w:rPr>
              <w:t>factual information</w:t>
            </w:r>
            <w:proofErr w:type="gramEnd"/>
            <w:r w:rsidRPr="00136E14">
              <w:rPr>
                <w:lang w:val="en-NZ"/>
              </w:rPr>
              <w:t xml:space="preserve"> only</w:t>
            </w:r>
          </w:p>
        </w:tc>
      </w:tr>
      <w:tr w:rsidRPr="00136E14" w:rsidR="00136E14" w:rsidTr="00976035" w14:paraId="3EB82FC7" w14:textId="77777777">
        <w:trPr>
          <w:trHeight w:val="1269"/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7B926C24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3B4BA075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5F577A40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39F9C99C" w14:textId="77777777">
            <w:pPr>
              <w:rPr>
                <w:lang w:val="en-NZ"/>
              </w:rPr>
            </w:pPr>
            <w:r w:rsidRPr="00136E14">
              <w:rPr>
                <w:lang w:val="en-NZ"/>
              </w:rPr>
              <w:t>Full exclusion from the matter</w:t>
            </w:r>
          </w:p>
        </w:tc>
      </w:tr>
    </w:tbl>
    <w:p w:rsidRPr="00136E14" w:rsidR="00136E14" w:rsidP="00136E14" w:rsidRDefault="00136E14" w14:paraId="3B0DB16C" w14:textId="77777777">
      <w:pPr>
        <w:rPr>
          <w:b/>
          <w:bCs/>
          <w:lang w:val="en-NZ"/>
        </w:rPr>
      </w:pPr>
      <w:r w:rsidRPr="00136E14">
        <w:rPr>
          <w:b/>
          <w:bCs/>
          <w:i/>
          <w:iCs/>
          <w:lang w:val="en-NZ"/>
        </w:rPr>
        <w:t>Note: Where a trustee has a pecuniary or personal interest, they must not participate in discussion or decision</w:t>
      </w:r>
      <w:r w:rsidRPr="00136E14">
        <w:rPr>
          <w:b/>
          <w:bCs/>
          <w:i/>
          <w:iCs/>
          <w:lang w:val="en-NZ"/>
        </w:rPr>
        <w:noBreakHyphen/>
        <w:t>making and may be required to leave the meeting.</w:t>
      </w:r>
    </w:p>
    <w:p w:rsidR="00976035" w:rsidRDefault="00976035" w14:paraId="5058ED30" w14:textId="7E9036DB">
      <w:pPr>
        <w:rPr>
          <w:rFonts w:asciiTheme="majorHAnsi" w:hAnsiTheme="majorHAnsi" w:eastAsiaTheme="majorEastAsia" w:cstheme="majorBidi"/>
          <w:b/>
          <w:bCs/>
          <w:color w:val="4F81BD" w:themeColor="accent1"/>
          <w:sz w:val="26"/>
          <w:szCs w:val="26"/>
          <w:lang w:val="en-NZ"/>
        </w:rPr>
      </w:pPr>
      <w:r>
        <w:rPr>
          <w:lang w:val="en-NZ"/>
        </w:rPr>
        <w:br w:type="page"/>
      </w:r>
    </w:p>
    <w:p w:rsidR="00976035" w:rsidP="00136E14" w:rsidRDefault="00976035" w14:paraId="7D956963" w14:textId="77777777">
      <w:pPr>
        <w:pStyle w:val="Heading2"/>
        <w:rPr>
          <w:lang w:val="en-NZ"/>
        </w:rPr>
      </w:pPr>
    </w:p>
    <w:p w:rsidRPr="00136E14" w:rsidR="00136E14" w:rsidP="00136E14" w:rsidRDefault="00136E14" w14:paraId="175C44B1" w14:textId="14385671">
      <w:pPr>
        <w:pStyle w:val="Heading2"/>
        <w:rPr>
          <w:lang w:val="en-NZ"/>
        </w:rPr>
      </w:pPr>
      <w:r w:rsidRPr="00136E14">
        <w:rPr>
          <w:lang w:val="en-NZ"/>
        </w:rPr>
        <w:t>7. Declaration</w:t>
      </w:r>
    </w:p>
    <w:p w:rsidRPr="00136E14" w:rsidR="00136E14" w:rsidP="00136E14" w:rsidRDefault="00136E14" w14:paraId="49C40694" w14:textId="77777777">
      <w:pPr>
        <w:rPr>
          <w:lang w:val="en-NZ"/>
        </w:rPr>
      </w:pPr>
      <w:r w:rsidRPr="00136E14">
        <w:rPr>
          <w:lang w:val="en-NZ"/>
        </w:rPr>
        <w:t>I declare that the information provided is complete and accurate to the best of my knowledge. I agree to comply with the mitigation actions recorded above and to disclose any future conflicts as they arise.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0"/>
        <w:gridCol w:w="1530"/>
      </w:tblGrid>
      <w:tr w:rsidRPr="00136E14" w:rsidR="00136E14" w:rsidTr="00136E14" w14:paraId="6B750B9A" w14:textId="77777777">
        <w:trPr>
          <w:tblHeader/>
          <w:tblCellSpacing w:w="15" w:type="dxa"/>
        </w:trPr>
        <w:tc>
          <w:tcPr>
            <w:tcW w:w="406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136E14" w:rsidP="00136E14" w:rsidRDefault="00136E14" w14:paraId="003D322A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Signature</w:t>
            </w:r>
          </w:p>
        </w:tc>
        <w:tc>
          <w:tcPr>
            <w:tcW w:w="148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136E14" w:rsidP="00136E14" w:rsidRDefault="00136E14" w14:paraId="46BA12EE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Date</w:t>
            </w:r>
          </w:p>
        </w:tc>
      </w:tr>
      <w:tr w:rsidRPr="00136E14" w:rsidR="00136E14" w:rsidTr="00976035" w14:paraId="06338E8F" w14:textId="77777777">
        <w:trPr>
          <w:trHeight w:val="918"/>
          <w:tblCellSpacing w:w="15" w:type="dxa"/>
        </w:trPr>
        <w:tc>
          <w:tcPr>
            <w:tcW w:w="406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044B04B1" w14:textId="77777777">
            <w:pPr>
              <w:rPr>
                <w:b/>
                <w:bCs/>
                <w:lang w:val="en-NZ"/>
              </w:rPr>
            </w:pPr>
          </w:p>
        </w:tc>
        <w:tc>
          <w:tcPr>
            <w:tcW w:w="148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4CFFA396" w14:textId="77777777">
            <w:pPr>
              <w:rPr>
                <w:lang w:val="en-NZ"/>
              </w:rPr>
            </w:pPr>
          </w:p>
        </w:tc>
      </w:tr>
    </w:tbl>
    <w:p w:rsidRPr="00136E14" w:rsidR="00136E14" w:rsidP="00136E14" w:rsidRDefault="00136E14" w14:paraId="02F0A7FE" w14:textId="77777777">
      <w:pPr>
        <w:pStyle w:val="Heading2"/>
        <w:rPr>
          <w:lang w:val="en-NZ"/>
        </w:rPr>
      </w:pPr>
      <w:r w:rsidRPr="00136E14">
        <w:rPr>
          <w:lang w:val="en-NZ"/>
        </w:rPr>
        <w:t>8. Noted by Presiding Member</w:t>
      </w:r>
    </w:p>
    <w:tbl>
      <w:tblPr>
        <w:tblW w:w="9150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  <w:gridCol w:w="4050"/>
        <w:gridCol w:w="1620"/>
      </w:tblGrid>
      <w:tr w:rsidRPr="00136E14" w:rsidR="00136E14" w:rsidTr="00136E14" w14:paraId="6ACC13F8" w14:textId="77777777">
        <w:trPr>
          <w:tblHeader/>
          <w:tblCellSpacing w:w="15" w:type="dxa"/>
        </w:trPr>
        <w:tc>
          <w:tcPr>
            <w:tcW w:w="343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136E14" w:rsidP="00136E14" w:rsidRDefault="00136E14" w14:paraId="65697CE9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Name</w:t>
            </w:r>
          </w:p>
        </w:tc>
        <w:tc>
          <w:tcPr>
            <w:tcW w:w="402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136E14" w:rsidP="00136E14" w:rsidRDefault="00136E14" w14:paraId="1AE9D4FC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Signature</w:t>
            </w:r>
          </w:p>
        </w:tc>
        <w:tc>
          <w:tcPr>
            <w:tcW w:w="157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136E14" w:rsidP="00136E14" w:rsidRDefault="00136E14" w14:paraId="179C85F7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Date</w:t>
            </w:r>
          </w:p>
        </w:tc>
      </w:tr>
      <w:tr w:rsidRPr="00136E14" w:rsidR="00136E14" w:rsidTr="00976035" w14:paraId="003ED3CB" w14:textId="77777777">
        <w:trPr>
          <w:trHeight w:val="1413"/>
          <w:tblCellSpacing w:w="15" w:type="dxa"/>
        </w:trPr>
        <w:tc>
          <w:tcPr>
            <w:tcW w:w="343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3226F69F" w14:textId="77777777">
            <w:pPr>
              <w:rPr>
                <w:b/>
                <w:bCs/>
                <w:lang w:val="en-NZ"/>
              </w:rPr>
            </w:pPr>
          </w:p>
        </w:tc>
        <w:tc>
          <w:tcPr>
            <w:tcW w:w="402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1BD01066" w14:textId="77777777">
            <w:pPr>
              <w:rPr>
                <w:lang w:val="en-NZ"/>
              </w:rPr>
            </w:pPr>
          </w:p>
        </w:tc>
        <w:tc>
          <w:tcPr>
            <w:tcW w:w="157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136E14" w:rsidP="00136E14" w:rsidRDefault="00136E14" w14:paraId="1811DC58" w14:textId="77777777">
            <w:pPr>
              <w:rPr>
                <w:lang w:val="en-NZ"/>
              </w:rPr>
            </w:pPr>
          </w:p>
        </w:tc>
      </w:tr>
    </w:tbl>
    <w:p w:rsidR="00136E14" w:rsidP="00136E14" w:rsidRDefault="00136E14" w14:paraId="7112F55A" w14:textId="77777777">
      <w:pPr>
        <w:pStyle w:val="Heading2"/>
        <w:rPr>
          <w:lang w:val="en-NZ"/>
        </w:rPr>
      </w:pPr>
    </w:p>
    <w:sectPr w:rsidR="00136E14" w:rsidSect="001364DA">
      <w:footerReference w:type="default" r:id="rId8"/>
      <w:pgSz w:w="12240" w:h="15840" w:orient="portrait"/>
      <w:pgMar w:top="1296" w:right="1584" w:bottom="1296" w:left="1584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364DA" w:rsidP="001364DA" w:rsidRDefault="001364DA" w14:paraId="4F4DB4F6" w14:textId="77777777">
      <w:pPr>
        <w:spacing w:after="0" w:line="240" w:lineRule="auto"/>
      </w:pPr>
      <w:r>
        <w:separator/>
      </w:r>
    </w:p>
  </w:endnote>
  <w:endnote w:type="continuationSeparator" w:id="0">
    <w:p w:rsidR="001364DA" w:rsidP="001364DA" w:rsidRDefault="001364DA" w14:paraId="49545BC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364DA" w:rsidR="001364DA" w:rsidRDefault="001364DA" w14:paraId="3B171F10" w14:textId="7BCAB71E">
    <w:pPr>
      <w:pStyle w:val="Footer"/>
      <w:rPr>
        <w:color w:val="FF0000"/>
        <w:sz w:val="16"/>
        <w:szCs w:val="16"/>
      </w:rPr>
    </w:pPr>
    <w:r w:rsidRPr="001364DA">
      <w:rPr>
        <w:color w:val="FF0000"/>
        <w:sz w:val="16"/>
        <w:szCs w:val="16"/>
      </w:rPr>
      <w:t xml:space="preserve">©APIS Template 2026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364DA" w:rsidP="001364DA" w:rsidRDefault="001364DA" w14:paraId="5187CDD5" w14:textId="77777777">
      <w:pPr>
        <w:spacing w:after="0" w:line="240" w:lineRule="auto"/>
      </w:pPr>
      <w:r>
        <w:separator/>
      </w:r>
    </w:p>
  </w:footnote>
  <w:footnote w:type="continuationSeparator" w:id="0">
    <w:p w:rsidR="001364DA" w:rsidP="001364DA" w:rsidRDefault="001364DA" w14:paraId="7DB5157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7381C2B"/>
    <w:multiLevelType w:val="multilevel"/>
    <w:tmpl w:val="95B25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F7E2C89"/>
    <w:multiLevelType w:val="multilevel"/>
    <w:tmpl w:val="90D6F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5DFA0DC1"/>
    <w:multiLevelType w:val="multilevel"/>
    <w:tmpl w:val="B8E6F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63602B36"/>
    <w:multiLevelType w:val="multilevel"/>
    <w:tmpl w:val="00D08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376659093">
    <w:abstractNumId w:val="8"/>
  </w:num>
  <w:num w:numId="2" w16cid:durableId="572617101">
    <w:abstractNumId w:val="6"/>
  </w:num>
  <w:num w:numId="3" w16cid:durableId="785345474">
    <w:abstractNumId w:val="5"/>
  </w:num>
  <w:num w:numId="4" w16cid:durableId="1779447576">
    <w:abstractNumId w:val="4"/>
  </w:num>
  <w:num w:numId="5" w16cid:durableId="381054901">
    <w:abstractNumId w:val="7"/>
  </w:num>
  <w:num w:numId="6" w16cid:durableId="1896894635">
    <w:abstractNumId w:val="3"/>
  </w:num>
  <w:num w:numId="7" w16cid:durableId="959530584">
    <w:abstractNumId w:val="2"/>
  </w:num>
  <w:num w:numId="8" w16cid:durableId="1194617141">
    <w:abstractNumId w:val="1"/>
  </w:num>
  <w:num w:numId="9" w16cid:durableId="522208125">
    <w:abstractNumId w:val="0"/>
  </w:num>
  <w:num w:numId="10" w16cid:durableId="1438520850">
    <w:abstractNumId w:val="10"/>
  </w:num>
  <w:num w:numId="11" w16cid:durableId="1800491294">
    <w:abstractNumId w:val="11"/>
  </w:num>
  <w:num w:numId="12" w16cid:durableId="189268990">
    <w:abstractNumId w:val="9"/>
  </w:num>
  <w:num w:numId="13" w16cid:durableId="4925317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64DA"/>
    <w:rsid w:val="00136E14"/>
    <w:rsid w:val="0015074B"/>
    <w:rsid w:val="00184ACF"/>
    <w:rsid w:val="0029639D"/>
    <w:rsid w:val="00326F90"/>
    <w:rsid w:val="00522E0F"/>
    <w:rsid w:val="005B3AB4"/>
    <w:rsid w:val="00976035"/>
    <w:rsid w:val="00AA1D8D"/>
    <w:rsid w:val="00B47730"/>
    <w:rsid w:val="00CB0664"/>
    <w:rsid w:val="00D85514"/>
    <w:rsid w:val="00F263A8"/>
    <w:rsid w:val="00F829A7"/>
    <w:rsid w:val="00FC693F"/>
    <w:rsid w:val="1484E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FF19DA"/>
  <w14:defaultImageDpi w14:val="300"/>
  <w15:docId w15:val="{51291FB3-6198-4959-9D19-8BD96FE2C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customXml" Target="../customXml/item5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2F92ECD34218428C7F232A57A93DDC" ma:contentTypeVersion="20" ma:contentTypeDescription="Create a new document." ma:contentTypeScope="" ma:versionID="e12040035ceefbcc41f692a92dafcafd">
  <xsd:schema xmlns:xsd="http://www.w3.org/2001/XMLSchema" xmlns:xs="http://www.w3.org/2001/XMLSchema" xmlns:p="http://schemas.microsoft.com/office/2006/metadata/properties" xmlns:ns2="3724835d-20ad-4f52-a9ac-ec0a6cacda0e" xmlns:ns3="f0567552-3799-4346-beb3-d862841cfd80" targetNamespace="http://schemas.microsoft.com/office/2006/metadata/properties" ma:root="true" ma:fieldsID="13201e3316821baeee9f6a043e6c28f3" ns2:_="" ns3:_="">
    <xsd:import namespace="3724835d-20ad-4f52-a9ac-ec0a6cacda0e"/>
    <xsd:import namespace="f0567552-3799-4346-beb3-d862841cf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9b6972f62474cc29b4fb746757d99cd" minOccurs="0"/>
                <xsd:element ref="ns2:TaxCatchAll" minOccurs="0"/>
                <xsd:element ref="ns2:TaxCatchAllLabel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24835d-20ad-4f52-a9ac-ec0a6cacda0e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e9b6972f62474cc29b4fb746757d99cd" ma:index="7" nillable="true" ma:taxonomy="true" ma:internalName="e9b6972f62474cc29b4fb746757d99cd" ma:taxonomyFieldName="NZCEO_x0020_File_x0020_Code" ma:displayName="NZCEO File Code" ma:default="" ma:fieldId="{e9b6972f-6247-4cc2-9b4f-b746757d99cd}" ma:taxonomyMulti="true" ma:sspId="66171eaa-ab25-4e5e-b55c-0ce60966998b" ma:termSetId="7307907e-8fdc-4e72-810b-578d9c3ed4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8" nillable="true" ma:displayName="Taxonomy Catch All Column" ma:description="" ma:hidden="true" ma:list="{022baa06-1ff0-4206-bc2f-286ce2321b2c}" ma:internalName="TaxCatchAll" ma:showField="CatchAllData" ma:web="3724835d-20ad-4f52-a9ac-ec0a6cac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description="" ma:hidden="true" ma:list="{022baa06-1ff0-4206-bc2f-286ce2321b2c}" ma:internalName="TaxCatchAllLabel" ma:readOnly="true" ma:showField="CatchAllDataLabel" ma:web="3724835d-20ad-4f52-a9ac-ec0a6cac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67552-3799-4346-beb3-d862841cf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9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21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66171eaa-ab25-4e5e-b55c-0ce60966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9b6972f62474cc29b4fb746757d99cd xmlns="3724835d-20ad-4f52-a9ac-ec0a6cacda0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Publications</TermName>
          <TermId xmlns="http://schemas.microsoft.com/office/infopath/2007/PartnerControls">6440b453-5124-480b-9f7d-1eca56f59c2f</TermId>
        </TermInfo>
      </Terms>
    </e9b6972f62474cc29b4fb746757d99cd>
    <TaxCatchAll xmlns="3724835d-20ad-4f52-a9ac-ec0a6cacda0e">
      <Value>19</Value>
    </TaxCatchAll>
    <lcf76f155ced4ddcb4097134ff3c332f xmlns="f0567552-3799-4346-beb3-d862841cfd80">
      <Terms xmlns="http://schemas.microsoft.com/office/infopath/2007/PartnerControls"/>
    </lcf76f155ced4ddcb4097134ff3c332f>
    <_dlc_DocId xmlns="3724835d-20ad-4f52-a9ac-ec0a6cacda0e">K4D7DZP5TMAP-1861121068-5062</_dlc_DocId>
    <_dlc_DocIdUrl xmlns="3724835d-20ad-4f52-a9ac-ec0a6cacda0e">
      <Url>https://nzceo.sharepoint.com/nzceoltd/_layouts/15/DocIdRedir.aspx?ID=K4D7DZP5TMAP-1861121068-5062</Url>
      <Description>K4D7DZP5TMAP-1861121068-5062</Description>
    </_dlc_DocIdUrl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C9F291-B46A-4FD0-97BE-9925319E7A3B}"/>
</file>

<file path=customXml/itemProps3.xml><?xml version="1.0" encoding="utf-8"?>
<ds:datastoreItem xmlns:ds="http://schemas.openxmlformats.org/officeDocument/2006/customXml" ds:itemID="{E588922D-7378-417F-AD15-9A5DA3669FF1}"/>
</file>

<file path=customXml/itemProps4.xml><?xml version="1.0" encoding="utf-8"?>
<ds:datastoreItem xmlns:ds="http://schemas.openxmlformats.org/officeDocument/2006/customXml" ds:itemID="{3809E3C5-0515-4276-B5FD-C3FDA0C6B50C}"/>
</file>

<file path=customXml/itemProps5.xml><?xml version="1.0" encoding="utf-8"?>
<ds:datastoreItem xmlns:ds="http://schemas.openxmlformats.org/officeDocument/2006/customXml" ds:itemID="{E9107A81-64AC-4D04-90EB-F6598CF5DE7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k.Raitt@nzceo.org.nz</dc:creator>
  <cp:keywords/>
  <dc:description/>
  <cp:lastModifiedBy>Guest User</cp:lastModifiedBy>
  <cp:revision>3</cp:revision>
  <dcterms:created xsi:type="dcterms:W3CDTF">2026-03-17T22:50:00Z</dcterms:created>
  <dcterms:modified xsi:type="dcterms:W3CDTF">2026-03-29T23:44:32Z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0x010100BA2F92ECD34218428C7F232A57A93DDC</vt:lpwstr>
  </property>
  <property fmtid="{D5CDD505-2E9C-101B-9397-08002B2CF9AE}" pid="3" name="_dlc_DocIdItemGuid">
    <vt:lpwstr>ae964177-112e-4af6-8122-8733f9df902c</vt:lpwstr>
  </property>
  <property fmtid="{D5CDD505-2E9C-101B-9397-08002B2CF9AE}" pid="4" name="MediaServiceImageTags">
    <vt:lpwstr/>
  </property>
  <property fmtid="{D5CDD505-2E9C-101B-9397-08002B2CF9AE}" pid="5" name="NZCEO File Code">
    <vt:lpwstr>19;#Publications|6440b453-5124-480b-9f7d-1eca56f59c2f</vt:lpwstr>
  </property>
  <property fmtid="{D5CDD505-2E9C-101B-9397-08002B2CF9AE}" pid="6" name="NZCEO_x0020_File_x0020_Code">
    <vt:lpwstr>19;#Publications|6440b453-5124-480b-9f7d-1eca56f59c2f</vt:lpwstr>
  </property>
  <property fmtid="{D5CDD505-2E9C-101B-9397-08002B2CF9AE}" pid="8" name="docLang">
    <vt:lpwstr>en</vt:lpwstr>
  </property>
</Properties>
</file>